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5F847" w14:textId="77777777" w:rsidR="00CD4D08" w:rsidRPr="00527337" w:rsidRDefault="00D74EB1" w:rsidP="00CD4D08">
      <w:pPr>
        <w:rPr>
          <w:rFonts w:ascii="Arial" w:hAnsi="Arial" w:cs="Arial"/>
          <w:b/>
          <w:bCs/>
          <w:sz w:val="24"/>
          <w:szCs w:val="24"/>
        </w:rPr>
      </w:pPr>
      <w:r w:rsidRPr="00D74EB1">
        <w:rPr>
          <w:rFonts w:ascii="Arial" w:hAnsi="Arial" w:cs="Arial"/>
          <w:b/>
          <w:bCs/>
          <w:sz w:val="28"/>
          <w:szCs w:val="28"/>
        </w:rPr>
        <w:t xml:space="preserve">Catherine </w:t>
      </w:r>
      <w:proofErr w:type="spellStart"/>
      <w:r w:rsidRPr="00D74EB1">
        <w:rPr>
          <w:rFonts w:ascii="Arial" w:hAnsi="Arial" w:cs="Arial"/>
          <w:b/>
          <w:bCs/>
          <w:sz w:val="28"/>
          <w:szCs w:val="28"/>
        </w:rPr>
        <w:t>Mattine</w:t>
      </w:r>
      <w:proofErr w:type="spellEnd"/>
      <w:r w:rsidR="00F30B25" w:rsidRPr="00527337">
        <w:rPr>
          <w:rFonts w:ascii="Arial" w:hAnsi="Arial" w:cs="Arial"/>
          <w:b/>
          <w:bCs/>
          <w:sz w:val="24"/>
          <w:szCs w:val="24"/>
        </w:rPr>
        <w:br/>
      </w:r>
      <w:r w:rsidR="00CD4D08" w:rsidRPr="00CD4D08">
        <w:rPr>
          <w:rFonts w:ascii="Arial" w:hAnsi="Arial" w:cs="Arial"/>
          <w:sz w:val="24"/>
          <w:szCs w:val="24"/>
        </w:rPr>
        <w:t>000-000-0000 | youremail@email.com |</w:t>
      </w:r>
      <w:r w:rsidR="00CD4D08">
        <w:rPr>
          <w:rFonts w:ascii="Arial" w:hAnsi="Arial" w:cs="Arial"/>
          <w:sz w:val="24"/>
          <w:szCs w:val="24"/>
        </w:rPr>
        <w:t xml:space="preserve"> </w:t>
      </w:r>
      <w:r w:rsidR="00CD4D08" w:rsidRPr="00CD4D08">
        <w:rPr>
          <w:rFonts w:ascii="Arial" w:hAnsi="Arial" w:cs="Arial"/>
          <w:sz w:val="24"/>
          <w:szCs w:val="24"/>
        </w:rPr>
        <w:t>linkedin.com/in/</w:t>
      </w:r>
      <w:proofErr w:type="spellStart"/>
      <w:r w:rsidR="00CD4D08" w:rsidRPr="00CD4D08">
        <w:rPr>
          <w:rFonts w:ascii="Arial" w:hAnsi="Arial" w:cs="Arial"/>
          <w:sz w:val="24"/>
          <w:szCs w:val="24"/>
        </w:rPr>
        <w:t>yourlinkedinaddress</w:t>
      </w:r>
      <w:proofErr w:type="spellEnd"/>
    </w:p>
    <w:p w14:paraId="597F2C0F" w14:textId="77777777" w:rsidR="00F30B25" w:rsidRPr="00527337" w:rsidRDefault="00F30B25" w:rsidP="00F30B25">
      <w:pPr>
        <w:pStyle w:val="Heading1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EDUCATION</w:t>
      </w:r>
    </w:p>
    <w:p w14:paraId="7398F1F4" w14:textId="77777777" w:rsidR="00527337" w:rsidRDefault="00F30B25" w:rsidP="0052733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b/>
          <w:bCs/>
          <w:sz w:val="24"/>
          <w:szCs w:val="24"/>
        </w:rPr>
        <w:t>Your Most Recent Degree</w:t>
      </w:r>
    </w:p>
    <w:p w14:paraId="272BF890" w14:textId="77777777" w:rsidR="00527337" w:rsidRDefault="00F30B25" w:rsidP="0052733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University Name, City, State</w:t>
      </w:r>
    </w:p>
    <w:p w14:paraId="3EE93ED3" w14:textId="77777777" w:rsidR="00527337" w:rsidRDefault="00F30B25" w:rsidP="0052733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Month Year – Month Year (or "Expected Month Year")</w:t>
      </w:r>
    </w:p>
    <w:p w14:paraId="4839C93F" w14:textId="77777777" w:rsidR="00527337" w:rsidRDefault="00527337" w:rsidP="0052733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</w:p>
    <w:p w14:paraId="4BD652BF" w14:textId="3F2140F8" w:rsidR="00527337" w:rsidRPr="00527337" w:rsidRDefault="00527337" w:rsidP="00527337">
      <w:pPr>
        <w:pStyle w:val="ListBulle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Thesis: "Title of Thesis or Research Project"</w:t>
      </w:r>
    </w:p>
    <w:p w14:paraId="78313716" w14:textId="45B5FEAB" w:rsidR="00527337" w:rsidRPr="00527337" w:rsidRDefault="00527337" w:rsidP="00527337">
      <w:pPr>
        <w:pStyle w:val="ListBulle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Advisor: Advisor Name</w:t>
      </w:r>
    </w:p>
    <w:p w14:paraId="7ECA1C8E" w14:textId="219CADC6" w:rsidR="00F30B25" w:rsidRPr="00527337" w:rsidRDefault="00527337" w:rsidP="00F30B25">
      <w:pPr>
        <w:pStyle w:val="ListBulle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Relevant coursework: Course 1, Course 2, Course 3</w:t>
      </w:r>
    </w:p>
    <w:p w14:paraId="21587ACC" w14:textId="668519F5" w:rsidR="00F30B25" w:rsidRPr="00527337" w:rsidRDefault="00F30B25" w:rsidP="00F30B25">
      <w:pPr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b/>
          <w:bCs/>
          <w:sz w:val="24"/>
          <w:szCs w:val="24"/>
        </w:rPr>
        <w:t>Previous Degree</w:t>
      </w:r>
      <w:r w:rsidRPr="00527337">
        <w:rPr>
          <w:rFonts w:ascii="Arial" w:hAnsi="Arial" w:cs="Arial"/>
          <w:sz w:val="24"/>
          <w:szCs w:val="24"/>
        </w:rPr>
        <w:br/>
        <w:t>University Name, City, State</w:t>
      </w:r>
      <w:r w:rsidRPr="00527337">
        <w:rPr>
          <w:rFonts w:ascii="Arial" w:hAnsi="Arial" w:cs="Arial"/>
          <w:sz w:val="24"/>
          <w:szCs w:val="24"/>
        </w:rPr>
        <w:br/>
        <w:t>Month Year – Month Year</w:t>
      </w:r>
    </w:p>
    <w:p w14:paraId="5A6BACB7" w14:textId="207ACBCB" w:rsidR="00F30B25" w:rsidRPr="00527337" w:rsidRDefault="00F30B25" w:rsidP="00F30B25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GPA: if 3.5 or higher</w:t>
      </w:r>
    </w:p>
    <w:p w14:paraId="7480B2B6" w14:textId="21E8FA3F" w:rsidR="00527337" w:rsidRPr="00527337" w:rsidRDefault="00F30B25" w:rsidP="00527337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Honors: e.g., Cum Laude, Dean's List, Scholarships</w:t>
      </w:r>
    </w:p>
    <w:p w14:paraId="7F098B30" w14:textId="77777777" w:rsidR="00527337" w:rsidRPr="00527337" w:rsidRDefault="00527337" w:rsidP="00527337">
      <w:pPr>
        <w:pStyle w:val="Heading1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SKILLS</w:t>
      </w:r>
    </w:p>
    <w:p w14:paraId="2C2DAE65" w14:textId="01D51204" w:rsidR="00527337" w:rsidRPr="00527337" w:rsidRDefault="00527337" w:rsidP="00527337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Technical: e.g., Microsoft Office, Adobe Creative Suite, SQL</w:t>
      </w:r>
    </w:p>
    <w:p w14:paraId="6F881934" w14:textId="6620CFBC" w:rsidR="00527337" w:rsidRPr="00527337" w:rsidRDefault="00527337" w:rsidP="00527337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Soft Skills: e.g., Leadership, Communication, Time Management</w:t>
      </w:r>
    </w:p>
    <w:p w14:paraId="3DFBC6E1" w14:textId="2FD2578C" w:rsidR="00527337" w:rsidRPr="00527337" w:rsidRDefault="00527337" w:rsidP="00527337">
      <w:pPr>
        <w:pStyle w:val="ListBullet"/>
        <w:rPr>
          <w:rFonts w:ascii="Arial" w:hAnsi="Arial" w:cs="Arial"/>
          <w:sz w:val="24"/>
          <w:szCs w:val="24"/>
        </w:rPr>
      </w:pPr>
      <w:proofErr w:type="gramStart"/>
      <w:r w:rsidRPr="00527337">
        <w:rPr>
          <w:rFonts w:ascii="Arial" w:hAnsi="Arial" w:cs="Arial"/>
          <w:sz w:val="24"/>
          <w:szCs w:val="24"/>
        </w:rPr>
        <w:t>Other</w:t>
      </w:r>
      <w:proofErr w:type="gramEnd"/>
      <w:r w:rsidRPr="00527337">
        <w:rPr>
          <w:rFonts w:ascii="Arial" w:hAnsi="Arial" w:cs="Arial"/>
          <w:sz w:val="24"/>
          <w:szCs w:val="24"/>
        </w:rPr>
        <w:t>: e.g., Languages, Certifications</w:t>
      </w:r>
    </w:p>
    <w:p w14:paraId="5A2EB908" w14:textId="77777777" w:rsidR="005E7156" w:rsidRPr="00527337" w:rsidRDefault="00FA22B7">
      <w:pPr>
        <w:pStyle w:val="Heading1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EXPERIENCE</w:t>
      </w:r>
    </w:p>
    <w:p w14:paraId="7711F94E" w14:textId="053C9133" w:rsidR="005E7156" w:rsidRPr="00527337" w:rsidRDefault="00FA22B7">
      <w:pPr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b/>
          <w:bCs/>
          <w:sz w:val="24"/>
          <w:szCs w:val="24"/>
        </w:rPr>
        <w:t>Job Title</w:t>
      </w:r>
      <w:r w:rsidR="00F30B25" w:rsidRPr="00527337">
        <w:rPr>
          <w:rFonts w:ascii="Arial" w:hAnsi="Arial" w:cs="Arial"/>
          <w:sz w:val="24"/>
          <w:szCs w:val="24"/>
        </w:rPr>
        <w:br/>
      </w:r>
      <w:r w:rsidRPr="00527337">
        <w:rPr>
          <w:rFonts w:ascii="Arial" w:hAnsi="Arial" w:cs="Arial"/>
          <w:sz w:val="24"/>
          <w:szCs w:val="24"/>
        </w:rPr>
        <w:t>Company Name, City, State</w:t>
      </w:r>
      <w:r w:rsidR="00F30B25" w:rsidRPr="00527337">
        <w:rPr>
          <w:rFonts w:ascii="Arial" w:hAnsi="Arial" w:cs="Arial"/>
          <w:sz w:val="24"/>
          <w:szCs w:val="24"/>
        </w:rPr>
        <w:br/>
      </w:r>
      <w:r w:rsidRPr="00527337">
        <w:rPr>
          <w:rFonts w:ascii="Arial" w:hAnsi="Arial" w:cs="Arial"/>
          <w:sz w:val="24"/>
          <w:szCs w:val="24"/>
        </w:rPr>
        <w:t>Month Year – Month Year</w:t>
      </w:r>
    </w:p>
    <w:p w14:paraId="07961F2C" w14:textId="5FF879C1" w:rsidR="005E7156" w:rsidRPr="00527337" w:rsidRDefault="00FA22B7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Describe your accomplishments and responsibilities using action verbs.</w:t>
      </w:r>
    </w:p>
    <w:p w14:paraId="3B097F43" w14:textId="629212DD" w:rsidR="005E7156" w:rsidRPr="00527337" w:rsidRDefault="00FA22B7" w:rsidP="00F30B25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Focus on results and skills relevant to the role you're applying for.</w:t>
      </w:r>
    </w:p>
    <w:p w14:paraId="38078574" w14:textId="1352B243" w:rsidR="005E7156" w:rsidRPr="00527337" w:rsidRDefault="00FA22B7">
      <w:pPr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b/>
          <w:bCs/>
          <w:sz w:val="24"/>
          <w:szCs w:val="24"/>
        </w:rPr>
        <w:t>Previous Job Title</w:t>
      </w:r>
      <w:r w:rsidR="00F30B25" w:rsidRPr="00527337">
        <w:rPr>
          <w:rFonts w:ascii="Arial" w:hAnsi="Arial" w:cs="Arial"/>
          <w:sz w:val="24"/>
          <w:szCs w:val="24"/>
        </w:rPr>
        <w:br/>
      </w:r>
      <w:r w:rsidRPr="00527337">
        <w:rPr>
          <w:rFonts w:ascii="Arial" w:hAnsi="Arial" w:cs="Arial"/>
          <w:sz w:val="24"/>
          <w:szCs w:val="24"/>
        </w:rPr>
        <w:t>Previous Company Name, City, State</w:t>
      </w:r>
      <w:r w:rsidR="00F30B25" w:rsidRPr="00527337">
        <w:rPr>
          <w:rFonts w:ascii="Arial" w:hAnsi="Arial" w:cs="Arial"/>
          <w:sz w:val="24"/>
          <w:szCs w:val="24"/>
        </w:rPr>
        <w:br/>
      </w:r>
      <w:r w:rsidRPr="00527337">
        <w:rPr>
          <w:rFonts w:ascii="Arial" w:hAnsi="Arial" w:cs="Arial"/>
          <w:sz w:val="24"/>
          <w:szCs w:val="24"/>
        </w:rPr>
        <w:t>Month Year – Month Year</w:t>
      </w:r>
    </w:p>
    <w:p w14:paraId="13978B7C" w14:textId="58A2775B" w:rsidR="005E7156" w:rsidRPr="00527337" w:rsidRDefault="00FA22B7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Highlight another key experience and outcomes.</w:t>
      </w:r>
    </w:p>
    <w:p w14:paraId="13AC4723" w14:textId="62D38D8B" w:rsidR="005E7156" w:rsidRPr="00527337" w:rsidRDefault="00FA22B7" w:rsidP="00F30B25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Use bullet points to keep information scannable.</w:t>
      </w:r>
    </w:p>
    <w:p w14:paraId="3C82FD85" w14:textId="77777777" w:rsidR="00F30B25" w:rsidRPr="00527337" w:rsidRDefault="00F30B25" w:rsidP="00F30B25">
      <w:pPr>
        <w:pStyle w:val="Heading1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lastRenderedPageBreak/>
        <w:t>PUBLICATIONS AND PRESENTATIONS</w:t>
      </w:r>
    </w:p>
    <w:p w14:paraId="0844B07C" w14:textId="77777777" w:rsidR="00F30B25" w:rsidRPr="00527337" w:rsidRDefault="00F30B25" w:rsidP="00F30B25">
      <w:pPr>
        <w:rPr>
          <w:rFonts w:ascii="Arial" w:hAnsi="Arial" w:cs="Arial"/>
          <w:b/>
          <w:bCs/>
          <w:sz w:val="24"/>
          <w:szCs w:val="24"/>
        </w:rPr>
      </w:pPr>
      <w:r w:rsidRPr="00527337">
        <w:rPr>
          <w:rFonts w:ascii="Arial" w:hAnsi="Arial" w:cs="Arial"/>
          <w:b/>
          <w:bCs/>
          <w:sz w:val="24"/>
          <w:szCs w:val="24"/>
        </w:rPr>
        <w:t>Journal Articles</w:t>
      </w:r>
    </w:p>
    <w:p w14:paraId="4E333E5E" w14:textId="32AE44FB" w:rsidR="00F30B25" w:rsidRPr="00527337" w:rsidRDefault="00F30B25" w:rsidP="00F30B25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Last Name, First Initial. (Year). Title of paper. Journal Name, Volume</w:t>
      </w:r>
      <w:r w:rsidR="00527337" w:rsidRPr="00527337">
        <w:rPr>
          <w:rFonts w:ascii="Arial" w:hAnsi="Arial" w:cs="Arial"/>
          <w:sz w:val="24"/>
          <w:szCs w:val="24"/>
        </w:rPr>
        <w:t xml:space="preserve"> </w:t>
      </w:r>
      <w:r w:rsidRPr="00527337">
        <w:rPr>
          <w:rFonts w:ascii="Arial" w:hAnsi="Arial" w:cs="Arial"/>
          <w:sz w:val="24"/>
          <w:szCs w:val="24"/>
        </w:rPr>
        <w:t>(Issue), pages.</w:t>
      </w:r>
    </w:p>
    <w:p w14:paraId="1EEC7444" w14:textId="77777777" w:rsidR="00F30B25" w:rsidRPr="00527337" w:rsidRDefault="00F30B25" w:rsidP="00F30B25">
      <w:pPr>
        <w:rPr>
          <w:rFonts w:ascii="Arial" w:hAnsi="Arial" w:cs="Arial"/>
          <w:b/>
          <w:bCs/>
          <w:sz w:val="24"/>
          <w:szCs w:val="24"/>
        </w:rPr>
      </w:pPr>
      <w:r w:rsidRPr="00527337">
        <w:rPr>
          <w:rFonts w:ascii="Arial" w:hAnsi="Arial" w:cs="Arial"/>
          <w:b/>
          <w:bCs/>
          <w:sz w:val="24"/>
          <w:szCs w:val="24"/>
        </w:rPr>
        <w:t>Conference Presentations</w:t>
      </w:r>
    </w:p>
    <w:p w14:paraId="70351F8E" w14:textId="0ABD18CE" w:rsidR="00F30B25" w:rsidRPr="00527337" w:rsidRDefault="00F30B25" w:rsidP="00F30B25">
      <w:pPr>
        <w:pStyle w:val="ListBullet"/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Last Name, First Initial. (Year). Title of presentation. Paper presented at Conference Name, Location.</w:t>
      </w:r>
    </w:p>
    <w:p w14:paraId="1CC234A9" w14:textId="35E8D39A" w:rsidR="00527337" w:rsidRPr="00527337" w:rsidRDefault="00527337" w:rsidP="00527337">
      <w:pPr>
        <w:pStyle w:val="Heading2"/>
        <w:rPr>
          <w:rFonts w:ascii="Arial" w:hAnsi="Arial" w:cs="Arial"/>
          <w:color w:val="365F91" w:themeColor="accent1" w:themeShade="BF"/>
          <w:sz w:val="24"/>
          <w:szCs w:val="24"/>
        </w:rPr>
      </w:pPr>
      <w:r w:rsidRPr="00527337">
        <w:rPr>
          <w:rFonts w:ascii="Arial" w:hAnsi="Arial" w:cs="Arial"/>
          <w:color w:val="365F91" w:themeColor="accent1" w:themeShade="BF"/>
          <w:sz w:val="24"/>
          <w:szCs w:val="24"/>
        </w:rPr>
        <w:t>HONORS AND AWARDS</w:t>
      </w:r>
    </w:p>
    <w:p w14:paraId="24D8BA6E" w14:textId="2E7C2CF3" w:rsidR="00527337" w:rsidRPr="00527337" w:rsidRDefault="00527337" w:rsidP="00527337">
      <w:pPr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Award Name, Granting Organization, Month Year</w:t>
      </w:r>
    </w:p>
    <w:p w14:paraId="17A1E39A" w14:textId="6D1DE12D" w:rsidR="00527337" w:rsidRPr="00527337" w:rsidRDefault="00527337" w:rsidP="00527337">
      <w:pPr>
        <w:pStyle w:val="Heading2"/>
        <w:rPr>
          <w:rFonts w:ascii="Arial" w:hAnsi="Arial" w:cs="Arial"/>
          <w:color w:val="365F91" w:themeColor="accent1" w:themeShade="BF"/>
          <w:sz w:val="24"/>
          <w:szCs w:val="24"/>
        </w:rPr>
      </w:pPr>
      <w:r w:rsidRPr="00527337">
        <w:rPr>
          <w:rFonts w:ascii="Arial" w:hAnsi="Arial" w:cs="Arial"/>
          <w:color w:val="365F91" w:themeColor="accent1" w:themeShade="BF"/>
          <w:sz w:val="24"/>
          <w:szCs w:val="24"/>
        </w:rPr>
        <w:t>REFERENCES</w:t>
      </w:r>
    </w:p>
    <w:p w14:paraId="38A53D26" w14:textId="77777777" w:rsidR="00527337" w:rsidRPr="00527337" w:rsidRDefault="00527337" w:rsidP="00527337">
      <w:pPr>
        <w:rPr>
          <w:rFonts w:ascii="Arial" w:hAnsi="Arial" w:cs="Arial"/>
          <w:sz w:val="24"/>
          <w:szCs w:val="24"/>
        </w:rPr>
      </w:pPr>
      <w:r w:rsidRPr="00527337">
        <w:rPr>
          <w:rFonts w:ascii="Arial" w:hAnsi="Arial" w:cs="Arial"/>
          <w:sz w:val="24"/>
          <w:szCs w:val="24"/>
        </w:rPr>
        <w:t>Name</w:t>
      </w:r>
      <w:r w:rsidRPr="00527337">
        <w:rPr>
          <w:rFonts w:ascii="Arial" w:hAnsi="Arial" w:cs="Arial"/>
          <w:sz w:val="24"/>
          <w:szCs w:val="24"/>
        </w:rPr>
        <w:br/>
        <w:t>Title</w:t>
      </w:r>
      <w:r w:rsidRPr="00527337">
        <w:rPr>
          <w:rFonts w:ascii="Arial" w:hAnsi="Arial" w:cs="Arial"/>
          <w:sz w:val="24"/>
          <w:szCs w:val="24"/>
        </w:rPr>
        <w:br/>
        <w:t>Organization</w:t>
      </w:r>
      <w:r w:rsidRPr="00527337">
        <w:rPr>
          <w:rFonts w:ascii="Arial" w:hAnsi="Arial" w:cs="Arial"/>
          <w:sz w:val="24"/>
          <w:szCs w:val="24"/>
        </w:rPr>
        <w:br/>
        <w:t>Email | Phone Number</w:t>
      </w:r>
    </w:p>
    <w:p w14:paraId="00A3668D" w14:textId="77777777" w:rsidR="00527337" w:rsidRPr="00527337" w:rsidRDefault="00527337" w:rsidP="00527337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</w:p>
    <w:p w14:paraId="352F578D" w14:textId="77777777" w:rsidR="00F30B25" w:rsidRPr="00527337" w:rsidRDefault="00F30B25" w:rsidP="00F30B25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</w:p>
    <w:p w14:paraId="7CD0D179" w14:textId="77777777" w:rsidR="00F30B25" w:rsidRPr="00527337" w:rsidRDefault="00F30B25" w:rsidP="00F30B25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24"/>
          <w:szCs w:val="24"/>
        </w:rPr>
      </w:pPr>
    </w:p>
    <w:p w14:paraId="2A28D240" w14:textId="77777777" w:rsidR="00F30B25" w:rsidRPr="00527337" w:rsidRDefault="00F30B25" w:rsidP="00F30B25">
      <w:pPr>
        <w:pStyle w:val="ListBullet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</w:p>
    <w:sectPr w:rsidR="00F30B25" w:rsidRPr="0052733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3421FC"/>
    <w:multiLevelType w:val="hybridMultilevel"/>
    <w:tmpl w:val="E9364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73D5B"/>
    <w:multiLevelType w:val="hybridMultilevel"/>
    <w:tmpl w:val="96B8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313112">
    <w:abstractNumId w:val="8"/>
  </w:num>
  <w:num w:numId="2" w16cid:durableId="772356885">
    <w:abstractNumId w:val="6"/>
  </w:num>
  <w:num w:numId="3" w16cid:durableId="1279876576">
    <w:abstractNumId w:val="5"/>
  </w:num>
  <w:num w:numId="4" w16cid:durableId="1732339165">
    <w:abstractNumId w:val="4"/>
  </w:num>
  <w:num w:numId="5" w16cid:durableId="1636594495">
    <w:abstractNumId w:val="7"/>
  </w:num>
  <w:num w:numId="6" w16cid:durableId="1010720396">
    <w:abstractNumId w:val="3"/>
  </w:num>
  <w:num w:numId="7" w16cid:durableId="1312253408">
    <w:abstractNumId w:val="2"/>
  </w:num>
  <w:num w:numId="8" w16cid:durableId="1176648025">
    <w:abstractNumId w:val="1"/>
  </w:num>
  <w:num w:numId="9" w16cid:durableId="412047633">
    <w:abstractNumId w:val="0"/>
  </w:num>
  <w:num w:numId="10" w16cid:durableId="2114281252">
    <w:abstractNumId w:val="9"/>
  </w:num>
  <w:num w:numId="11" w16cid:durableId="11376448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7337"/>
    <w:rsid w:val="005E7156"/>
    <w:rsid w:val="006513F3"/>
    <w:rsid w:val="00745F32"/>
    <w:rsid w:val="008D5418"/>
    <w:rsid w:val="008E30B2"/>
    <w:rsid w:val="009006DC"/>
    <w:rsid w:val="00A72A31"/>
    <w:rsid w:val="00AA1D8D"/>
    <w:rsid w:val="00B47730"/>
    <w:rsid w:val="00CB0664"/>
    <w:rsid w:val="00CD4D08"/>
    <w:rsid w:val="00D74EB1"/>
    <w:rsid w:val="00F30B25"/>
    <w:rsid w:val="00F43F05"/>
    <w:rsid w:val="00FA22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AC2556"/>
  <w14:defaultImageDpi w14:val="300"/>
  <w15:docId w15:val="{D1AF1597-8911-4619-93AA-52E99376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191</Words>
  <Characters>1222</Characters>
  <Application>Microsoft Office Word</Application>
  <DocSecurity>0</DocSecurity>
  <Lines>47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Lilia Johnson</cp:lastModifiedBy>
  <cp:revision>2</cp:revision>
  <dcterms:created xsi:type="dcterms:W3CDTF">2025-06-02T21:00:00Z</dcterms:created>
  <dcterms:modified xsi:type="dcterms:W3CDTF">2025-06-02T21:00:00Z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0d9b0797-4aa5-43ac-a317-d4db8e42d3ee</vt:lpwstr>
  </property>
</Properties>
</file>